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011" w:rsidRDefault="00F247D8">
      <w:r>
        <w:t>Приложение №2</w:t>
      </w:r>
    </w:p>
    <w:p w:rsidR="00FF3011" w:rsidRDefault="00FF3011"/>
    <w:p w:rsidR="00FF3011" w:rsidRDefault="00F247D8">
      <w:r>
        <w:t>ДЕКЛАРАЦИЯ</w:t>
      </w:r>
    </w:p>
    <w:p w:rsidR="00FF3011" w:rsidRDefault="00F247D8">
      <w:r>
        <w:t>за извършен оглед на движима вещ – частна държавна собственост</w:t>
      </w:r>
    </w:p>
    <w:p w:rsidR="00FF3011" w:rsidRDefault="00FF3011"/>
    <w:p w:rsidR="00FF3011" w:rsidRDefault="00F247D8">
      <w:r>
        <w:t>От .............................................................................................................</w:t>
      </w:r>
    </w:p>
    <w:p w:rsidR="00FF3011" w:rsidRDefault="00F247D8">
      <w:r>
        <w:t>притежаващ л.к. № ......................., изд. на ......................... от МВР - ........................,</w:t>
      </w:r>
    </w:p>
    <w:p w:rsidR="00FF3011" w:rsidRDefault="00F247D8">
      <w:r>
        <w:t>в качеството ми на представител на: ..............................................................,</w:t>
      </w:r>
    </w:p>
    <w:p w:rsidR="00FF3011" w:rsidRDefault="00F247D8">
      <w:r>
        <w:t>с БУЛСТАТ/ЕИК ......................................................, със седалище и адрес за кореспонденция: .................................................................</w:t>
      </w:r>
    </w:p>
    <w:p w:rsidR="00FF3011" w:rsidRDefault="00FF3011"/>
    <w:p w:rsidR="00FF3011" w:rsidRDefault="00F247D8">
      <w:r>
        <w:t>Пълномощник: ............................................................................................................. съгласно нотариално заверено пълномощно с изх. № ......................., рег. № ............................ при нотариус .............................................................., с район на действие, РС-......................., рег. № ............................ на нот. камара, с адрес: .................................................................</w:t>
      </w:r>
    </w:p>
    <w:p w:rsidR="00FF3011" w:rsidRDefault="00F247D8">
      <w:r>
        <w:t xml:space="preserve">(за </w:t>
      </w:r>
      <w:proofErr w:type="spellStart"/>
      <w:r>
        <w:t>юридически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)</w:t>
      </w:r>
    </w:p>
    <w:p w:rsidR="00FF3011" w:rsidRDefault="00F247D8">
      <w:r>
        <w:t>От .............................................................................................................</w:t>
      </w:r>
    </w:p>
    <w:p w:rsidR="00FF3011" w:rsidRDefault="00F247D8">
      <w:r>
        <w:t>притежаващ л.к. № ......................., изд. на ......................... от МВР - ........................,</w:t>
      </w:r>
    </w:p>
    <w:p w:rsidR="00FF3011" w:rsidRDefault="00F247D8">
      <w:r>
        <w:t>с постоянен адрес: .............................................................. и адрес на кореспонденция: ................................................................</w:t>
      </w:r>
    </w:p>
    <w:p w:rsidR="00FF3011" w:rsidRDefault="00F247D8">
      <w:r>
        <w:t xml:space="preserve">(за </w:t>
      </w:r>
      <w:proofErr w:type="spellStart"/>
      <w:r>
        <w:t>физически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)</w:t>
      </w:r>
    </w:p>
    <w:p w:rsidR="00FF3011" w:rsidRDefault="00F247D8" w:rsidP="00F247D8">
      <w:pPr>
        <w:jc w:val="center"/>
      </w:pPr>
      <w:r>
        <w:t>ДЕКЛАРИРАМ, ЧЕ:</w:t>
      </w:r>
    </w:p>
    <w:p w:rsidR="00FF3011" w:rsidRDefault="00F247D8">
      <w:r>
        <w:t>1. На .................... 202</w:t>
      </w:r>
      <w:r>
        <w:rPr>
          <w:lang w:val="bg-BG"/>
        </w:rPr>
        <w:t>6</w:t>
      </w:r>
      <w:r>
        <w:t xml:space="preserve"> г. </w:t>
      </w:r>
      <w:proofErr w:type="spellStart"/>
      <w:r>
        <w:t>съм</w:t>
      </w:r>
      <w:proofErr w:type="spellEnd"/>
      <w:r>
        <w:t xml:space="preserve"> </w:t>
      </w:r>
      <w:proofErr w:type="spellStart"/>
      <w:r>
        <w:t>извършил</w:t>
      </w:r>
      <w:proofErr w:type="spellEnd"/>
      <w:r>
        <w:t xml:space="preserve">/а оглед на </w:t>
      </w:r>
      <w:proofErr w:type="spellStart"/>
      <w:r>
        <w:t>следната</w:t>
      </w:r>
      <w:proofErr w:type="spellEnd"/>
      <w:r w:rsidR="00681944">
        <w:rPr>
          <w:lang w:val="bg-BG"/>
        </w:rPr>
        <w:t xml:space="preserve"> движима вещ </w:t>
      </w:r>
      <w:r w:rsidR="00681944" w:rsidRPr="00681944">
        <w:rPr>
          <w:lang w:val="bg-BG"/>
        </w:rPr>
        <w:t>частна държавна собственос</w:t>
      </w:r>
      <w:r w:rsidR="00681944">
        <w:rPr>
          <w:lang w:val="bg-BG"/>
        </w:rPr>
        <w:t xml:space="preserve">т, </w:t>
      </w:r>
      <w:proofErr w:type="spellStart"/>
      <w:r w:rsidR="00681944">
        <w:rPr>
          <w:lang w:val="bg-BG"/>
        </w:rPr>
        <w:t>собственост</w:t>
      </w:r>
      <w:proofErr w:type="spellEnd"/>
      <w:r w:rsidR="00681944">
        <w:rPr>
          <w:lang w:val="bg-BG"/>
        </w:rPr>
        <w:t xml:space="preserve"> на ТП ДГС Котел </w:t>
      </w:r>
      <w:bookmarkStart w:id="0" w:name="_GoBack"/>
      <w:bookmarkEnd w:id="0"/>
      <w:proofErr w:type="spellStart"/>
      <w:r>
        <w:t>обявена</w:t>
      </w:r>
      <w:proofErr w:type="spellEnd"/>
      <w:r>
        <w:t xml:space="preserve"> за продажба с търг с </w:t>
      </w:r>
      <w:proofErr w:type="spellStart"/>
      <w:r w:rsidR="00681944">
        <w:t>тайно</w:t>
      </w:r>
      <w:proofErr w:type="spellEnd"/>
      <w:r w:rsidR="00681944">
        <w:t xml:space="preserve"> </w:t>
      </w:r>
      <w:proofErr w:type="spellStart"/>
      <w:r w:rsidR="00681944">
        <w:t>наддаване</w:t>
      </w:r>
      <w:r>
        <w:t>при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в </w:t>
      </w:r>
      <w:proofErr w:type="spellStart"/>
      <w:r>
        <w:t>тръжната</w:t>
      </w:r>
      <w:proofErr w:type="spellEnd"/>
      <w:r>
        <w:t xml:space="preserve"> документация </w:t>
      </w:r>
      <w:proofErr w:type="spellStart"/>
      <w:r>
        <w:t>параметри</w:t>
      </w:r>
      <w:proofErr w:type="spellEnd"/>
      <w:r>
        <w:t xml:space="preserve">, в </w:t>
      </w:r>
      <w:proofErr w:type="spellStart"/>
      <w:r>
        <w:t>присъствието</w:t>
      </w:r>
      <w:proofErr w:type="spellEnd"/>
      <w:r>
        <w:t xml:space="preserve"> на представител на ТП ДГС </w:t>
      </w:r>
      <w:r>
        <w:rPr>
          <w:lang w:val="bg-BG"/>
        </w:rPr>
        <w:t>Котел</w:t>
      </w:r>
      <w:r>
        <w:t>:</w:t>
      </w:r>
    </w:p>
    <w:p w:rsidR="00FF3011" w:rsidRDefault="00F247D8">
      <w:r>
        <w:t>.............................................................................................................</w:t>
      </w:r>
    </w:p>
    <w:p w:rsidR="00FF3011" w:rsidRDefault="00F247D8">
      <w:r>
        <w:lastRenderedPageBreak/>
        <w:t>.............................................................................................................</w:t>
      </w:r>
    </w:p>
    <w:p w:rsidR="00FF3011" w:rsidRDefault="00F247D8">
      <w:r>
        <w:t>/</w:t>
      </w:r>
      <w:proofErr w:type="spellStart"/>
      <w:r>
        <w:t>попълва</w:t>
      </w:r>
      <w:proofErr w:type="spellEnd"/>
      <w:r>
        <w:t xml:space="preserve"> се </w:t>
      </w:r>
      <w:proofErr w:type="spellStart"/>
      <w:r>
        <w:t>огледаната</w:t>
      </w:r>
      <w:proofErr w:type="spellEnd"/>
      <w:r>
        <w:t xml:space="preserve"> </w:t>
      </w:r>
      <w:proofErr w:type="spellStart"/>
      <w:r>
        <w:t>движима</w:t>
      </w:r>
      <w:proofErr w:type="spellEnd"/>
      <w:r>
        <w:t xml:space="preserve"> вещ, за която участника в търга подава документация/</w:t>
      </w:r>
    </w:p>
    <w:p w:rsidR="00F247D8" w:rsidRDefault="00F247D8">
      <w:r>
        <w:t xml:space="preserve">2. </w:t>
      </w:r>
      <w:proofErr w:type="spellStart"/>
      <w:r>
        <w:t>Движимата</w:t>
      </w:r>
      <w:proofErr w:type="spellEnd"/>
      <w:r>
        <w:t xml:space="preserve"> </w:t>
      </w:r>
      <w:proofErr w:type="spellStart"/>
      <w:r>
        <w:t>вещ</w:t>
      </w:r>
      <w:proofErr w:type="spellEnd"/>
      <w:r>
        <w:t xml:space="preserve"> </w:t>
      </w:r>
      <w:proofErr w:type="spellStart"/>
      <w:r>
        <w:t>отговаря</w:t>
      </w:r>
      <w:proofErr w:type="spellEnd"/>
      <w:r>
        <w:t xml:space="preserve"> на </w:t>
      </w:r>
      <w:proofErr w:type="spellStart"/>
      <w:r>
        <w:t>описанието</w:t>
      </w:r>
      <w:proofErr w:type="spellEnd"/>
      <w:r>
        <w:t xml:space="preserve"> в </w:t>
      </w:r>
      <w:proofErr w:type="spellStart"/>
      <w:r>
        <w:t>тръжната</w:t>
      </w:r>
      <w:proofErr w:type="spellEnd"/>
      <w:r>
        <w:t xml:space="preserve"> документация, </w:t>
      </w:r>
      <w:proofErr w:type="spellStart"/>
      <w:r>
        <w:t>представена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от ТП ДГС </w:t>
      </w:r>
      <w:r>
        <w:rPr>
          <w:lang w:val="bg-BG"/>
        </w:rPr>
        <w:t>Котел</w:t>
      </w:r>
      <w:r>
        <w:t>.</w:t>
      </w:r>
    </w:p>
    <w:p w:rsidR="00FF3011" w:rsidRDefault="00F247D8">
      <w:r>
        <w:t>3. Нямам претенции за явни недостатъци.</w:t>
      </w:r>
    </w:p>
    <w:p w:rsidR="00FF3011" w:rsidRDefault="00F247D8">
      <w:proofErr w:type="spellStart"/>
      <w:r>
        <w:t>Известна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е </w:t>
      </w:r>
      <w:proofErr w:type="spellStart"/>
      <w:r>
        <w:t>отговорността</w:t>
      </w:r>
      <w:proofErr w:type="spellEnd"/>
      <w:r>
        <w:t xml:space="preserve"> по чл. 313 от Наказателния кодекс за посочване на неверни данни.</w:t>
      </w:r>
    </w:p>
    <w:p w:rsidR="00FF3011" w:rsidRDefault="00FF3011"/>
    <w:p w:rsidR="00FF3011" w:rsidRDefault="00F247D8">
      <w:r>
        <w:t>Дата: ...............................</w:t>
      </w:r>
    </w:p>
    <w:p w:rsidR="00FF3011" w:rsidRDefault="00FF3011"/>
    <w:p w:rsidR="00FF3011" w:rsidRDefault="00F247D8">
      <w:r>
        <w:t>..............................................................</w:t>
      </w:r>
    </w:p>
    <w:p w:rsidR="00FF3011" w:rsidRDefault="00F247D8">
      <w:r>
        <w:t>/трите имена, подпис, печат/</w:t>
      </w:r>
    </w:p>
    <w:p w:rsidR="00FF3011" w:rsidRDefault="00FF3011"/>
    <w:sectPr w:rsidR="00FF301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1944"/>
    <w:rsid w:val="00AA1D8D"/>
    <w:rsid w:val="00B47730"/>
    <w:rsid w:val="00CB0664"/>
    <w:rsid w:val="00F247D8"/>
    <w:rsid w:val="00FC693F"/>
    <w:rsid w:val="00FF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B5D288-5CA7-40BC-A402-CD4DC602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2026-04-09T07:26:00Z</dcterms:modified>
  <cp:category/>
</cp:coreProperties>
</file>